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DC50" w14:textId="00F72454" w:rsidR="00C05D55" w:rsidRDefault="00030CEF">
      <w:pPr>
        <w:spacing w:after="60"/>
        <w:jc w:val="center"/>
      </w:pPr>
      <w:r>
        <w:rPr>
          <w:b/>
          <w:color w:val="1F3047"/>
          <w:sz w:val="28"/>
        </w:rPr>
        <w:t>Social Play &amp; Social Understanding - Long Term Overview</w:t>
      </w:r>
      <w:r w:rsidR="003F36DB">
        <w:rPr>
          <w:b/>
          <w:color w:val="1F3047"/>
          <w:sz w:val="28"/>
        </w:rPr>
        <w:t xml:space="preserve"> (version 1)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9"/>
        <w:gridCol w:w="2339"/>
        <w:gridCol w:w="2339"/>
        <w:gridCol w:w="2339"/>
        <w:gridCol w:w="2339"/>
        <w:gridCol w:w="2339"/>
        <w:gridCol w:w="2480"/>
      </w:tblGrid>
      <w:tr w:rsidR="00C05D55" w14:paraId="37789E3B" w14:textId="77777777" w:rsidTr="009036C5">
        <w:trPr>
          <w:jc w:val="center"/>
        </w:trPr>
        <w:tc>
          <w:tcPr>
            <w:tcW w:w="197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7BD0AE85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Learning</w:t>
            </w:r>
            <w:r w:rsidRPr="00CC690C">
              <w:rPr>
                <w:b/>
                <w:sz w:val="18"/>
                <w:szCs w:val="18"/>
              </w:rPr>
              <w:br/>
              <w:t>Pathway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0FC40CC5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Autumn 1</w:t>
            </w:r>
            <w:r w:rsidRPr="00CC690C">
              <w:rPr>
                <w:b/>
                <w:sz w:val="18"/>
                <w:szCs w:val="18"/>
              </w:rPr>
              <w:br/>
              <w:t>BELONGING &amp;</w:t>
            </w:r>
            <w:r w:rsidRPr="00CC690C">
              <w:rPr>
                <w:b/>
                <w:sz w:val="18"/>
                <w:szCs w:val="18"/>
              </w:rPr>
              <w:br/>
              <w:t>CONNECTION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6F2A9D22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Autumn 2</w:t>
            </w:r>
            <w:r w:rsidRPr="00CC690C">
              <w:rPr>
                <w:b/>
                <w:sz w:val="18"/>
                <w:szCs w:val="18"/>
              </w:rPr>
              <w:br/>
              <w:t>FRIENDSHIP IN</w:t>
            </w:r>
            <w:r w:rsidRPr="00CC690C">
              <w:rPr>
                <w:b/>
                <w:sz w:val="18"/>
                <w:szCs w:val="18"/>
              </w:rPr>
              <w:br/>
              <w:t>ACTION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50DB0AB3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Spring 1</w:t>
            </w:r>
            <w:r w:rsidRPr="00CC690C">
              <w:rPr>
                <w:b/>
                <w:sz w:val="18"/>
                <w:szCs w:val="18"/>
              </w:rPr>
              <w:br/>
              <w:t>COMMUNICATING &amp;</w:t>
            </w:r>
            <w:r w:rsidRPr="00CC690C">
              <w:rPr>
                <w:b/>
                <w:sz w:val="18"/>
                <w:szCs w:val="18"/>
              </w:rPr>
              <w:br/>
              <w:t>PLAYING TOGETHER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7E365DD9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Spring 2</w:t>
            </w:r>
            <w:r w:rsidRPr="00CC690C">
              <w:rPr>
                <w:b/>
                <w:sz w:val="18"/>
                <w:szCs w:val="18"/>
              </w:rPr>
              <w:br/>
              <w:t>UNDERSTANDING</w:t>
            </w:r>
            <w:r w:rsidRPr="00CC690C">
              <w:rPr>
                <w:b/>
                <w:sz w:val="18"/>
                <w:szCs w:val="18"/>
              </w:rPr>
              <w:br/>
              <w:t>MYSELF &amp; OTHERS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06BB5275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Summer 1</w:t>
            </w:r>
            <w:r w:rsidRPr="00CC690C">
              <w:rPr>
                <w:b/>
                <w:sz w:val="18"/>
                <w:szCs w:val="18"/>
              </w:rPr>
              <w:br/>
              <w:t>SOLVING SOCIAL</w:t>
            </w:r>
            <w:r w:rsidRPr="00CC690C">
              <w:rPr>
                <w:b/>
                <w:sz w:val="18"/>
                <w:szCs w:val="18"/>
              </w:rPr>
              <w:br/>
              <w:t>PROBLEMS</w:t>
            </w:r>
          </w:p>
        </w:tc>
        <w:tc>
          <w:tcPr>
            <w:tcW w:w="2480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1F1F1"/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5B571976" w14:textId="77777777" w:rsidR="00C05D55" w:rsidRPr="00CC690C" w:rsidRDefault="00030CEF">
            <w:pPr>
              <w:spacing w:after="0"/>
              <w:rPr>
                <w:sz w:val="18"/>
                <w:szCs w:val="18"/>
              </w:rPr>
            </w:pPr>
            <w:r w:rsidRPr="00CC690C">
              <w:rPr>
                <w:b/>
                <w:sz w:val="18"/>
                <w:szCs w:val="18"/>
              </w:rPr>
              <w:t>Summer 2</w:t>
            </w:r>
            <w:r w:rsidRPr="00CC690C">
              <w:rPr>
                <w:b/>
                <w:sz w:val="18"/>
                <w:szCs w:val="18"/>
              </w:rPr>
              <w:br/>
              <w:t>SELF-ADVOCACY &amp;</w:t>
            </w:r>
            <w:r w:rsidRPr="00CC690C">
              <w:rPr>
                <w:b/>
                <w:sz w:val="18"/>
                <w:szCs w:val="18"/>
              </w:rPr>
              <w:br/>
              <w:t>BELONGING</w:t>
            </w:r>
          </w:p>
        </w:tc>
      </w:tr>
      <w:tr w:rsidR="00C05D55" w14:paraId="7F6DF3D6" w14:textId="77777777" w:rsidTr="009036C5">
        <w:trPr>
          <w:jc w:val="center"/>
        </w:trPr>
        <w:tc>
          <w:tcPr>
            <w:tcW w:w="197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6ED3912F" w14:textId="77777777" w:rsidR="009036C5" w:rsidRDefault="00030CEF" w:rsidP="009036C5">
            <w:pPr>
              <w:spacing w:after="0"/>
              <w:rPr>
                <w:b/>
                <w:color w:val="2C5C87"/>
                <w:sz w:val="18"/>
                <w:szCs w:val="18"/>
              </w:rPr>
            </w:pPr>
            <w:r w:rsidRPr="009036C5">
              <w:rPr>
                <w:b/>
                <w:color w:val="2C5C87"/>
                <w:sz w:val="18"/>
                <w:szCs w:val="18"/>
              </w:rPr>
              <w:t>Explorers</w:t>
            </w:r>
          </w:p>
          <w:p w14:paraId="250A26EA" w14:textId="77777777" w:rsidR="009036C5" w:rsidRPr="009036C5" w:rsidRDefault="00030CEF" w:rsidP="009036C5">
            <w:pPr>
              <w:spacing w:after="0"/>
              <w:rPr>
                <w:sz w:val="18"/>
                <w:szCs w:val="18"/>
              </w:rPr>
            </w:pPr>
            <w:r w:rsidRPr="009036C5">
              <w:rPr>
                <w:b/>
                <w:bCs/>
                <w:sz w:val="18"/>
                <w:szCs w:val="18"/>
              </w:rPr>
              <w:t>Pre-EYFS</w:t>
            </w:r>
          </w:p>
          <w:p w14:paraId="3C6720DD" w14:textId="77777777" w:rsidR="009036C5" w:rsidRDefault="009036C5" w:rsidP="009036C5">
            <w:pPr>
              <w:pStyle w:val="ListParagraph"/>
              <w:numPr>
                <w:ilvl w:val="0"/>
                <w:numId w:val="12"/>
              </w:numPr>
              <w:spacing w:after="0"/>
              <w:ind w:left="386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030CEF" w:rsidRPr="009036C5">
              <w:rPr>
                <w:sz w:val="18"/>
                <w:szCs w:val="18"/>
              </w:rPr>
              <w:t>otice</w:t>
            </w:r>
          </w:p>
          <w:p w14:paraId="2B489C49" w14:textId="77777777" w:rsidR="009036C5" w:rsidRDefault="00030CEF" w:rsidP="009036C5">
            <w:pPr>
              <w:pStyle w:val="ListParagraph"/>
              <w:numPr>
                <w:ilvl w:val="0"/>
                <w:numId w:val="12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Anticipate</w:t>
            </w:r>
          </w:p>
          <w:p w14:paraId="425C96D7" w14:textId="77777777" w:rsidR="009036C5" w:rsidRDefault="00030CEF" w:rsidP="009036C5">
            <w:pPr>
              <w:pStyle w:val="ListParagraph"/>
              <w:numPr>
                <w:ilvl w:val="0"/>
                <w:numId w:val="12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Respond</w:t>
            </w:r>
          </w:p>
          <w:p w14:paraId="6ACFD5A7" w14:textId="77777777" w:rsidR="009036C5" w:rsidRDefault="00030CEF" w:rsidP="009036C5">
            <w:pPr>
              <w:pStyle w:val="ListParagraph"/>
              <w:numPr>
                <w:ilvl w:val="0"/>
                <w:numId w:val="12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Early</w:t>
            </w:r>
          </w:p>
          <w:p w14:paraId="295B1986" w14:textId="098913F8" w:rsidR="00C05D55" w:rsidRPr="009036C5" w:rsidRDefault="00030CEF" w:rsidP="00C95B3B">
            <w:pPr>
              <w:pStyle w:val="ListParagraph"/>
              <w:spacing w:after="0"/>
              <w:ind w:left="38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reciprocity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5ECB517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Familiar people</w:t>
            </w:r>
          </w:p>
          <w:p w14:paraId="058CD5A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Exploring with another person</w:t>
            </w:r>
          </w:p>
          <w:p w14:paraId="3D1161E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Shared enjoyment</w:t>
            </w:r>
          </w:p>
          <w:p w14:paraId="6A504AE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Playing near other children</w:t>
            </w:r>
          </w:p>
          <w:p w14:paraId="656250F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Noticing and responding to others</w:t>
            </w:r>
          </w:p>
          <w:p w14:paraId="26EEE639" w14:textId="66E474D1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favourite things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49BFC3E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Playing alongside others</w:t>
            </w:r>
          </w:p>
          <w:p w14:paraId="7020491C" w14:textId="09C0EFE4" w:rsidR="009036C5" w:rsidRPr="009036C5" w:rsidRDefault="009036C5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</w:t>
            </w:r>
            <w:r w:rsidR="00030CEF" w:rsidRPr="009036C5">
              <w:rPr>
                <w:sz w:val="18"/>
                <w:szCs w:val="18"/>
              </w:rPr>
              <w:t>opying another person's play</w:t>
            </w:r>
          </w:p>
          <w:p w14:paraId="06A8546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Playing together</w:t>
            </w:r>
          </w:p>
          <w:p w14:paraId="213ADF2C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turn / your turn</w:t>
            </w:r>
          </w:p>
          <w:p w14:paraId="74374A1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Sharing an enjoyable activity</w:t>
            </w:r>
          </w:p>
          <w:p w14:paraId="3602E98E" w14:textId="40C22CA3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73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Yes / no / not now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61FF67A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Getting someone's attention</w:t>
            </w:r>
          </w:p>
          <w:p w14:paraId="11F198AC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Back-and-forth play</w:t>
            </w:r>
          </w:p>
          <w:p w14:paraId="795BAC1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More / again / finished</w:t>
            </w:r>
          </w:p>
          <w:p w14:paraId="7CA053D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Choosing in play</w:t>
            </w:r>
          </w:p>
          <w:p w14:paraId="1B0CBCF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Asking for help</w:t>
            </w:r>
          </w:p>
          <w:p w14:paraId="28C6C60D" w14:textId="38A13220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Doing something together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5C69633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How does my body feel?</w:t>
            </w:r>
          </w:p>
          <w:p w14:paraId="62D07B97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What helps my body?</w:t>
            </w:r>
          </w:p>
          <w:p w14:paraId="25B7F85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Personal space</w:t>
            </w:r>
          </w:p>
          <w:p w14:paraId="742FA18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Stop / break</w:t>
            </w:r>
          </w:p>
          <w:p w14:paraId="65BC15F7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 xml:space="preserve">Other people may want </w:t>
            </w:r>
            <w:r w:rsidR="009036C5">
              <w:rPr>
                <w:sz w:val="18"/>
                <w:szCs w:val="18"/>
              </w:rPr>
              <w:t>s</w:t>
            </w:r>
            <w:r w:rsidRPr="009036C5">
              <w:rPr>
                <w:sz w:val="18"/>
                <w:szCs w:val="18"/>
              </w:rPr>
              <w:t>omething different</w:t>
            </w:r>
          </w:p>
          <w:p w14:paraId="6CA8B5EA" w14:textId="308126D9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2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Returning to play when ready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0ADE401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 problem in our play</w:t>
            </w:r>
          </w:p>
          <w:p w14:paraId="50CA39E4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Seeking help</w:t>
            </w:r>
          </w:p>
          <w:p w14:paraId="7B9974E9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Choosing another option</w:t>
            </w:r>
          </w:p>
          <w:p w14:paraId="534B3DD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Trying again / another way</w:t>
            </w:r>
          </w:p>
          <w:p w14:paraId="2AAB38F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Responding to stop / no</w:t>
            </w:r>
          </w:p>
          <w:p w14:paraId="1F57C001" w14:textId="24E97145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Reconnecting after a problem</w:t>
            </w:r>
          </w:p>
        </w:tc>
        <w:tc>
          <w:tcPr>
            <w:tcW w:w="2480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D9E6F2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3B2B3D2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way of communicating</w:t>
            </w:r>
          </w:p>
          <w:p w14:paraId="23FD787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favourite ways to play</w:t>
            </w:r>
          </w:p>
          <w:p w14:paraId="496BB04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Joining / watching / stopping</w:t>
            </w:r>
          </w:p>
          <w:p w14:paraId="2C2B33A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Simple boundaries</w:t>
            </w:r>
          </w:p>
          <w:p w14:paraId="2DC08227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People play differently</w:t>
            </w:r>
          </w:p>
          <w:p w14:paraId="046DB2B8" w14:textId="17AB9D5C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169" w:hanging="142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Celebrating being ourselves</w:t>
            </w:r>
          </w:p>
        </w:tc>
      </w:tr>
      <w:tr w:rsidR="00C05D55" w14:paraId="2025DC6E" w14:textId="77777777" w:rsidTr="009036C5">
        <w:trPr>
          <w:jc w:val="center"/>
        </w:trPr>
        <w:tc>
          <w:tcPr>
            <w:tcW w:w="197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5FC2711B" w14:textId="77777777" w:rsidR="009036C5" w:rsidRPr="009036C5" w:rsidRDefault="00030CEF" w:rsidP="009036C5">
            <w:pPr>
              <w:spacing w:after="0"/>
              <w:rPr>
                <w:sz w:val="18"/>
                <w:szCs w:val="18"/>
              </w:rPr>
            </w:pPr>
            <w:r w:rsidRPr="009036C5">
              <w:rPr>
                <w:b/>
                <w:color w:val="517334"/>
                <w:sz w:val="18"/>
                <w:szCs w:val="18"/>
              </w:rPr>
              <w:t>Pathfinders</w:t>
            </w:r>
          </w:p>
          <w:p w14:paraId="66F4538A" w14:textId="77777777" w:rsidR="009036C5" w:rsidRPr="009036C5" w:rsidRDefault="00030CEF" w:rsidP="009036C5">
            <w:pPr>
              <w:spacing w:after="0"/>
              <w:rPr>
                <w:sz w:val="18"/>
                <w:szCs w:val="18"/>
              </w:rPr>
            </w:pPr>
            <w:r w:rsidRPr="009036C5">
              <w:rPr>
                <w:b/>
                <w:bCs/>
                <w:sz w:val="18"/>
                <w:szCs w:val="18"/>
              </w:rPr>
              <w:t>EYFS - Year 1</w:t>
            </w:r>
          </w:p>
          <w:p w14:paraId="52C2FFC5" w14:textId="77777777" w:rsidR="009036C5" w:rsidRDefault="00030CEF" w:rsidP="009036C5">
            <w:pPr>
              <w:pStyle w:val="ListParagraph"/>
              <w:numPr>
                <w:ilvl w:val="0"/>
                <w:numId w:val="13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Initiate</w:t>
            </w:r>
          </w:p>
          <w:p w14:paraId="6C57295D" w14:textId="77777777" w:rsidR="009036C5" w:rsidRDefault="00030CEF" w:rsidP="009036C5">
            <w:pPr>
              <w:pStyle w:val="ListParagraph"/>
              <w:numPr>
                <w:ilvl w:val="0"/>
                <w:numId w:val="13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Respond</w:t>
            </w:r>
          </w:p>
          <w:p w14:paraId="24D84B40" w14:textId="77777777" w:rsidR="009036C5" w:rsidRDefault="00030CEF" w:rsidP="009036C5">
            <w:pPr>
              <w:pStyle w:val="ListParagraph"/>
              <w:numPr>
                <w:ilvl w:val="0"/>
                <w:numId w:val="13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Share</w:t>
            </w:r>
          </w:p>
          <w:p w14:paraId="51EA270D" w14:textId="77777777" w:rsidR="009036C5" w:rsidRDefault="00030CEF" w:rsidP="009036C5">
            <w:pPr>
              <w:pStyle w:val="ListParagraph"/>
              <w:numPr>
                <w:ilvl w:val="0"/>
                <w:numId w:val="13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Sustain</w:t>
            </w:r>
          </w:p>
          <w:p w14:paraId="38306562" w14:textId="57D6438C" w:rsidR="00C05D55" w:rsidRPr="009036C5" w:rsidRDefault="00030CEF" w:rsidP="009036C5">
            <w:pPr>
              <w:pStyle w:val="ListParagraph"/>
              <w:numPr>
                <w:ilvl w:val="0"/>
                <w:numId w:val="13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Negotiate with support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6EDED17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What is a friend?</w:t>
            </w:r>
          </w:p>
          <w:p w14:paraId="48980B4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Getting to know each other</w:t>
            </w:r>
          </w:p>
          <w:p w14:paraId="0C603F5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Shared interests</w:t>
            </w:r>
          </w:p>
          <w:p w14:paraId="2782130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Playing alongside and together</w:t>
            </w:r>
          </w:p>
          <w:p w14:paraId="4EAB63E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Showing someone</w:t>
            </w:r>
          </w:p>
          <w:p w14:paraId="58EF7F1C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 want to connect</w:t>
            </w:r>
          </w:p>
          <w:p w14:paraId="33AE3832" w14:textId="0E6F251D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Everyone belongs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0E581E4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Inviting someone to play</w:t>
            </w:r>
          </w:p>
          <w:p w14:paraId="1D5E22C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Joining in different ways</w:t>
            </w:r>
          </w:p>
          <w:p w14:paraId="12D45A4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Sharing ideas and materials</w:t>
            </w:r>
          </w:p>
          <w:p w14:paraId="26E5364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Taking turns flexibly</w:t>
            </w:r>
          </w:p>
          <w:p w14:paraId="447C519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Finding something we both enjoy</w:t>
            </w:r>
          </w:p>
          <w:p w14:paraId="3DAE969A" w14:textId="5CFF2D5E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Keeping play going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66AC926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Getting someone's attention</w:t>
            </w:r>
          </w:p>
          <w:p w14:paraId="027CEAA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Listening in different ways</w:t>
            </w:r>
          </w:p>
          <w:p w14:paraId="06C3C8E7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Voice, gesture, symbols and AAC</w:t>
            </w:r>
          </w:p>
          <w:p w14:paraId="0CE3B9C4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Sharing an idea</w:t>
            </w:r>
          </w:p>
          <w:p w14:paraId="1173C54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Asking questions in play</w:t>
            </w:r>
          </w:p>
          <w:p w14:paraId="6DD473E0" w14:textId="0B3BD555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Checking we understood each other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072F9AC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feelings and body signals</w:t>
            </w:r>
          </w:p>
          <w:p w14:paraId="514DBEB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sensory preferences</w:t>
            </w:r>
          </w:p>
          <w:p w14:paraId="2743E94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Communicating when I need a break</w:t>
            </w:r>
          </w:p>
          <w:p w14:paraId="7073B19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Personal space and consent</w:t>
            </w:r>
          </w:p>
          <w:p w14:paraId="7777DB69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Noticing another person's signals</w:t>
            </w:r>
          </w:p>
          <w:p w14:paraId="0A6E41BA" w14:textId="6A87D15D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5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Different people need different things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2FFE625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Different ideas in play</w:t>
            </w:r>
          </w:p>
          <w:p w14:paraId="640B6B1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Negotiating resources and turns</w:t>
            </w:r>
          </w:p>
          <w:p w14:paraId="0EFC881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Asking and offering help</w:t>
            </w:r>
          </w:p>
          <w:p w14:paraId="26AAEF37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What if someone says no?</w:t>
            </w:r>
          </w:p>
          <w:p w14:paraId="609CC29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Trying a different plan</w:t>
            </w:r>
          </w:p>
          <w:p w14:paraId="42DC3F08" w14:textId="7269D1A6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Repairing a misunderstanding</w:t>
            </w:r>
          </w:p>
        </w:tc>
        <w:tc>
          <w:tcPr>
            <w:tcW w:w="2480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E0EBC8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210E6FC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communication preferences</w:t>
            </w:r>
          </w:p>
          <w:p w14:paraId="437720E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Choosing who I play with</w:t>
            </w:r>
          </w:p>
          <w:p w14:paraId="124E739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Speaking up for what I need</w:t>
            </w:r>
          </w:p>
          <w:p w14:paraId="01C000EE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Respecting another person's boundary</w:t>
            </w:r>
          </w:p>
          <w:p w14:paraId="6270AB7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Including others without forcing</w:t>
            </w:r>
          </w:p>
          <w:p w14:paraId="166AF42B" w14:textId="48118037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Belonging without pretending</w:t>
            </w:r>
          </w:p>
        </w:tc>
      </w:tr>
      <w:tr w:rsidR="00C05D55" w14:paraId="05CBED24" w14:textId="77777777" w:rsidTr="009036C5">
        <w:trPr>
          <w:jc w:val="center"/>
        </w:trPr>
        <w:tc>
          <w:tcPr>
            <w:tcW w:w="197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tcMar>
              <w:top w:w="32" w:type="dxa"/>
              <w:left w:w="32" w:type="dxa"/>
              <w:bottom w:w="32" w:type="dxa"/>
              <w:right w:w="32" w:type="dxa"/>
            </w:tcMar>
            <w:vAlign w:val="center"/>
          </w:tcPr>
          <w:p w14:paraId="0BFC6F32" w14:textId="77777777" w:rsidR="009036C5" w:rsidRPr="009036C5" w:rsidRDefault="00030CEF" w:rsidP="009036C5">
            <w:pPr>
              <w:spacing w:after="0"/>
              <w:rPr>
                <w:sz w:val="18"/>
                <w:szCs w:val="18"/>
              </w:rPr>
            </w:pPr>
            <w:r w:rsidRPr="009036C5">
              <w:rPr>
                <w:b/>
                <w:color w:val="B05C24"/>
                <w:sz w:val="18"/>
                <w:szCs w:val="18"/>
              </w:rPr>
              <w:t>Adventurers</w:t>
            </w:r>
          </w:p>
          <w:p w14:paraId="26BC3589" w14:textId="77777777" w:rsidR="009036C5" w:rsidRPr="009036C5" w:rsidRDefault="00030CEF" w:rsidP="009036C5">
            <w:pPr>
              <w:spacing w:after="0"/>
              <w:rPr>
                <w:sz w:val="18"/>
                <w:szCs w:val="18"/>
              </w:rPr>
            </w:pPr>
            <w:r w:rsidRPr="009036C5">
              <w:rPr>
                <w:b/>
                <w:bCs/>
                <w:sz w:val="18"/>
                <w:szCs w:val="18"/>
              </w:rPr>
              <w:t>Year 1 - Year 3</w:t>
            </w:r>
          </w:p>
          <w:p w14:paraId="62E42EB6" w14:textId="77777777" w:rsid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Sustain</w:t>
            </w:r>
          </w:p>
          <w:p w14:paraId="20B6CCFD" w14:textId="77777777" w:rsid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Collaborate</w:t>
            </w:r>
          </w:p>
          <w:p w14:paraId="53C3C651" w14:textId="77777777" w:rsid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Negotiate</w:t>
            </w:r>
          </w:p>
          <w:p w14:paraId="5D56AEBD" w14:textId="77777777" w:rsid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Problem solve</w:t>
            </w:r>
          </w:p>
          <w:p w14:paraId="14FC89B0" w14:textId="77777777" w:rsid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Repair</w:t>
            </w:r>
          </w:p>
          <w:p w14:paraId="67863463" w14:textId="33350B3A" w:rsidR="00C05D55" w:rsidRPr="009036C5" w:rsidRDefault="00030CEF" w:rsidP="009036C5">
            <w:pPr>
              <w:pStyle w:val="ListParagraph"/>
              <w:numPr>
                <w:ilvl w:val="0"/>
                <w:numId w:val="14"/>
              </w:numPr>
              <w:spacing w:after="0"/>
              <w:ind w:left="386" w:hanging="284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Self-advocate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07EE5A9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What friendship means to me</w:t>
            </w:r>
          </w:p>
          <w:p w14:paraId="71D729A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Friendship can look different</w:t>
            </w:r>
          </w:p>
          <w:p w14:paraId="5B4A1B4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Getting to know someone's interests</w:t>
            </w:r>
          </w:p>
          <w:p w14:paraId="67B1F38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Shared interests and differences</w:t>
            </w:r>
          </w:p>
          <w:p w14:paraId="00C7EE3E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Choosing connections</w:t>
            </w:r>
          </w:p>
          <w:p w14:paraId="22949E4C" w14:textId="76C86497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6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Healthy friendship boundaries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2B3B7A8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Maintaining friendships</w:t>
            </w:r>
          </w:p>
          <w:p w14:paraId="769A699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Inviting, joining and declining</w:t>
            </w:r>
          </w:p>
          <w:p w14:paraId="401F7CD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Leading and following</w:t>
            </w:r>
          </w:p>
          <w:p w14:paraId="771D3D1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Negotiating roles and turns</w:t>
            </w:r>
          </w:p>
          <w:p w14:paraId="065E8718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Respecting different social preferences</w:t>
            </w:r>
          </w:p>
          <w:p w14:paraId="3A898567" w14:textId="20AF766A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5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Being myself with other people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5F1E5E6B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Different communication styles</w:t>
            </w:r>
          </w:p>
          <w:p w14:paraId="2178B61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Listening without requiring eye contact</w:t>
            </w:r>
          </w:p>
          <w:p w14:paraId="39C0E24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Conversation choices</w:t>
            </w:r>
          </w:p>
          <w:p w14:paraId="1B0B632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Clarifying misunderstandings</w:t>
            </w:r>
          </w:p>
          <w:p w14:paraId="631ABB7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Shared planning and collaboration</w:t>
            </w:r>
          </w:p>
          <w:p w14:paraId="48CF984F" w14:textId="46772030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39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Knowing when to continue, pause or stop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3499463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Recognising stress and overload</w:t>
            </w:r>
          </w:p>
          <w:p w14:paraId="3E23E7D1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My regulation toolkit</w:t>
            </w:r>
          </w:p>
          <w:p w14:paraId="400C4730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Communicating sensory needs</w:t>
            </w:r>
          </w:p>
          <w:p w14:paraId="307CD519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Consent and personal boundaries</w:t>
            </w:r>
          </w:p>
          <w:p w14:paraId="1144938A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Understanding another perspective</w:t>
            </w:r>
          </w:p>
          <w:p w14:paraId="5F12EB02" w14:textId="09B8CAB1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18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Respecting different regulation needs</w:t>
            </w:r>
          </w:p>
        </w:tc>
        <w:tc>
          <w:tcPr>
            <w:tcW w:w="2339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69502015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Negotiating roles and rules</w:t>
            </w:r>
          </w:p>
          <w:p w14:paraId="0A271692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Managing disagreement</w:t>
            </w:r>
          </w:p>
          <w:p w14:paraId="71E3D3C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Generating different solutions</w:t>
            </w:r>
          </w:p>
          <w:p w14:paraId="2E09A60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Compromise without giving up every need</w:t>
            </w:r>
          </w:p>
          <w:p w14:paraId="045EBA1F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Repairing misunderstandings</w:t>
            </w:r>
          </w:p>
          <w:p w14:paraId="73CEA389" w14:textId="47AE4A21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141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Collaborative problem solving</w:t>
            </w:r>
          </w:p>
        </w:tc>
        <w:tc>
          <w:tcPr>
            <w:tcW w:w="2480" w:type="dxa"/>
            <w:tcBorders>
              <w:top w:val="single" w:sz="5" w:space="0" w:color="777777"/>
              <w:left w:val="single" w:sz="5" w:space="0" w:color="777777"/>
              <w:bottom w:val="single" w:sz="5" w:space="0" w:color="777777"/>
              <w:right w:val="single" w:sz="5" w:space="0" w:color="777777"/>
            </w:tcBorders>
            <w:shd w:val="clear" w:color="auto" w:fill="F5CDA9"/>
            <w:tcMar>
              <w:top w:w="32" w:type="dxa"/>
              <w:left w:w="32" w:type="dxa"/>
              <w:bottom w:w="32" w:type="dxa"/>
              <w:right w:w="32" w:type="dxa"/>
            </w:tcMar>
          </w:tcPr>
          <w:p w14:paraId="705F528E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Self-advocacy in social situations</w:t>
            </w:r>
          </w:p>
          <w:p w14:paraId="73AF4E86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Choosing healthy friendships</w:t>
            </w:r>
          </w:p>
          <w:p w14:paraId="6F90CE19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Inclusive group play</w:t>
            </w:r>
          </w:p>
          <w:p w14:paraId="0F9FEE8D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Supporting others without taking over</w:t>
            </w:r>
          </w:p>
          <w:p w14:paraId="517D9DE3" w14:textId="77777777" w:rsid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Authentic participation</w:t>
            </w:r>
          </w:p>
          <w:p w14:paraId="5964A99E" w14:textId="6611BC9C" w:rsidR="00C05D55" w:rsidRPr="009036C5" w:rsidRDefault="00030CEF" w:rsidP="009036C5">
            <w:pPr>
              <w:pStyle w:val="ListParagraph"/>
              <w:numPr>
                <w:ilvl w:val="0"/>
                <w:numId w:val="10"/>
              </w:numPr>
              <w:spacing w:after="0" w:line="218" w:lineRule="auto"/>
              <w:ind w:left="251" w:hanging="207"/>
              <w:rPr>
                <w:sz w:val="18"/>
                <w:szCs w:val="18"/>
              </w:rPr>
            </w:pPr>
            <w:r w:rsidRPr="009036C5">
              <w:rPr>
                <w:sz w:val="18"/>
                <w:szCs w:val="18"/>
              </w:rPr>
              <w:t>Celebrating neurodiversity and belonging</w:t>
            </w:r>
          </w:p>
        </w:tc>
      </w:tr>
    </w:tbl>
    <w:p w14:paraId="0E2A0876" w14:textId="7EF9957B" w:rsidR="00C05D55" w:rsidRPr="00CC690C" w:rsidRDefault="00030CEF">
      <w:pPr>
        <w:spacing w:before="60" w:after="20"/>
        <w:rPr>
          <w:sz w:val="18"/>
          <w:szCs w:val="18"/>
        </w:rPr>
      </w:pPr>
      <w:r w:rsidRPr="00CC690C">
        <w:rPr>
          <w:b/>
          <w:sz w:val="18"/>
          <w:szCs w:val="18"/>
        </w:rPr>
        <w:t xml:space="preserve">Developmental foundations of play: </w:t>
      </w:r>
      <w:r w:rsidRPr="00CC690C">
        <w:rPr>
          <w:sz w:val="18"/>
          <w:szCs w:val="18"/>
        </w:rPr>
        <w:t>exploratory / sensory - functional -</w:t>
      </w:r>
      <w:r w:rsidR="00C95B3B">
        <w:rPr>
          <w:sz w:val="18"/>
          <w:szCs w:val="18"/>
        </w:rPr>
        <w:t xml:space="preserve"> </w:t>
      </w:r>
      <w:r w:rsidRPr="00CC690C">
        <w:rPr>
          <w:sz w:val="18"/>
          <w:szCs w:val="18"/>
        </w:rPr>
        <w:t>parallel - associative / shared - co-operative - imaginative / symbolic - collaborative / negotiated.</w:t>
      </w:r>
    </w:p>
    <w:p w14:paraId="7D93434C" w14:textId="77777777" w:rsidR="00C05D55" w:rsidRPr="00CC690C" w:rsidRDefault="00030CEF">
      <w:pPr>
        <w:spacing w:after="20"/>
        <w:rPr>
          <w:sz w:val="18"/>
          <w:szCs w:val="18"/>
        </w:rPr>
      </w:pPr>
      <w:r w:rsidRPr="00CC690C">
        <w:rPr>
          <w:b/>
          <w:sz w:val="18"/>
          <w:szCs w:val="18"/>
        </w:rPr>
        <w:t xml:space="preserve">Suggested play contexts: </w:t>
      </w:r>
      <w:r w:rsidRPr="00CC690C">
        <w:rPr>
          <w:sz w:val="18"/>
          <w:szCs w:val="18"/>
        </w:rPr>
        <w:t>home, cafe, shop, restaurant, party, small-world play, construction, movement games and shared challenges. The context should be matched to the pupil's play development; pretend play is not required.</w:t>
      </w:r>
    </w:p>
    <w:p w14:paraId="1589AFCD" w14:textId="77777777" w:rsidR="00C05D55" w:rsidRPr="00CC690C" w:rsidRDefault="00030CEF">
      <w:pPr>
        <w:spacing w:after="0"/>
        <w:rPr>
          <w:sz w:val="18"/>
          <w:szCs w:val="18"/>
        </w:rPr>
      </w:pPr>
      <w:r w:rsidRPr="00CC690C">
        <w:rPr>
          <w:b/>
          <w:sz w:val="18"/>
          <w:szCs w:val="18"/>
        </w:rPr>
        <w:t xml:space="preserve">Life Skills link: </w:t>
      </w:r>
      <w:r w:rsidRPr="00CC690C">
        <w:rPr>
          <w:sz w:val="18"/>
          <w:szCs w:val="18"/>
        </w:rPr>
        <w:t>Cafe/shop role play is used here to develop social interaction. Functional independence in real community settings - ordering, paying, travel and community access - remains within Life Skills.</w:t>
      </w:r>
    </w:p>
    <w:sectPr w:rsidR="00C05D55" w:rsidRPr="00CC690C" w:rsidSect="00034616">
      <w:pgSz w:w="16834" w:h="11909" w:orient="landscape"/>
      <w:pgMar w:top="288" w:right="230" w:bottom="288" w:left="2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4F4DC7"/>
    <w:multiLevelType w:val="hybridMultilevel"/>
    <w:tmpl w:val="43E8749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74122"/>
    <w:multiLevelType w:val="hybridMultilevel"/>
    <w:tmpl w:val="0CC40A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F950B8"/>
    <w:multiLevelType w:val="hybridMultilevel"/>
    <w:tmpl w:val="F1887F7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70716"/>
    <w:multiLevelType w:val="hybridMultilevel"/>
    <w:tmpl w:val="235E4B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3E2A57"/>
    <w:multiLevelType w:val="hybridMultilevel"/>
    <w:tmpl w:val="315C1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9"/>
  </w:num>
  <w:num w:numId="12">
    <w:abstractNumId w:val="10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CEF"/>
    <w:rsid w:val="00034616"/>
    <w:rsid w:val="0006063C"/>
    <w:rsid w:val="0015074B"/>
    <w:rsid w:val="0029639D"/>
    <w:rsid w:val="00326F90"/>
    <w:rsid w:val="003F36DB"/>
    <w:rsid w:val="009036C5"/>
    <w:rsid w:val="0096211B"/>
    <w:rsid w:val="00AA1D8D"/>
    <w:rsid w:val="00B47730"/>
    <w:rsid w:val="00C05D55"/>
    <w:rsid w:val="00C95B3B"/>
    <w:rsid w:val="00CB0664"/>
    <w:rsid w:val="00CC69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A4FC43"/>
  <w14:defaultImageDpi w14:val="300"/>
  <w15:docId w15:val="{D410FF0C-931F-41E4-B36D-DB9928D51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omic Sans MS" w:hAnsi="Comic Sans MS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Kathryn Swift</cp:lastModifiedBy>
  <cp:revision>5</cp:revision>
  <dcterms:created xsi:type="dcterms:W3CDTF">2026-09-27T20:39:00Z</dcterms:created>
  <dcterms:modified xsi:type="dcterms:W3CDTF">2026-09-30T11:59:00Z</dcterms:modified>
  <cp:category/>
</cp:coreProperties>
</file>